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D1C19"/>
        </w:rPr>
        <w:t>eLearning RFP</w:t>
      </w:r>
    </w:p>
    <w:p>
      <w:r>
        <w:rPr>
          <w:color w:val="55524A"/>
        </w:rPr>
        <w:t>Send this to 3 to 5 vendors. Fill in the brackets. The scoring sheet is a separate Excel file.</w:t>
      </w:r>
    </w:p>
    <w:p>
      <w:pPr>
        <w:pStyle w:val="Heading2"/>
      </w:pPr>
      <w:r>
        <w:t>1. About us and the goal</w:t>
      </w:r>
    </w:p>
    <w:p>
      <w:r>
        <w:t>[Company] needs eLearning on [topic]. After the training, learners must be able to: [2 or 3 things].</w:t>
      </w:r>
    </w:p>
    <w:p>
      <w:pPr>
        <w:pStyle w:val="Heading2"/>
      </w:pPr>
      <w:r>
        <w:t>2. Learners</w:t>
      </w:r>
    </w:p>
    <w:p>
      <w:r>
        <w:t>[Roles, number of people, languages, devices they use.]</w:t>
      </w:r>
    </w:p>
    <w:p>
      <w:pPr>
        <w:pStyle w:val="Heading2"/>
      </w:pPr>
      <w:r>
        <w:t>3. Scope</w:t>
      </w:r>
    </w:p>
    <w:p>
      <w:r>
        <w:t>Size: [number of courses, minutes]. Source material we provide: [slides, SOPs, recordings]. Interactivity: [watch and quiz / click and try / scenarios]. Voice: [none / AI / human]. Quiz pass mark: [80]%.</w:t>
      </w:r>
    </w:p>
    <w:p>
      <w:pPr>
        <w:pStyle w:val="Heading2"/>
      </w:pPr>
      <w:r>
        <w:t>4. Delivery</w:t>
      </w:r>
    </w:p>
    <w:p>
      <w:r>
        <w:t>Format: [SCORM 1.2 / SCORM 2004 / video]. LMS: [name]. Accessibility: [WCAG 2.1 AA if needed]. Source files handed over: [yes / no].</w:t>
      </w:r>
    </w:p>
    <w:p>
      <w:pPr>
        <w:pStyle w:val="Heading2"/>
      </w:pPr>
      <w:r>
        <w:t>5. Budget and timeline</w:t>
      </w:r>
    </w:p>
    <w:p>
      <w:r>
        <w:t>Budget: [range]. Launch by: [date]. Review rounds: [2] per stage.</w:t>
      </w:r>
    </w:p>
    <w:p>
      <w:pPr>
        <w:pStyle w:val="Heading2"/>
      </w:pPr>
      <w:r>
        <w:t>6. What to send</w:t>
      </w:r>
    </w:p>
    <w:p>
      <w:r>
        <w:t>1. Your approach and a sample plan. 2. Two or three work samples like this one. 3. A fixed price and what it includes. 4. A timeline with our review points. 5. Two references.</w:t>
      </w:r>
    </w:p>
    <w:p>
      <w:pPr>
        <w:pStyle w:val="Heading2"/>
      </w:pPr>
      <w:r>
        <w:t>7. How we will score proposals</w:t>
      </w:r>
    </w:p>
    <w:p>
      <w:r>
        <w:t>We use the attached scorecard. Proposals due [date] to [email].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47A"/>
        <w:sz w:val="16"/>
      </w:rPr>
      <w:t>Free template from buildmacourse.com. Want it filled in and built for you? Lesson 1 is free: buildmacourse.com/custom-elearning-development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